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TECHNICIEN CONSTRUCTION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TECHNICIEN CONSTRUCTION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L06200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