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STE AREA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STE AREA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