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WATSAN TECHNICIAN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WATSAN TECHNICIAN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