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 DRIVERS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 DRIVERS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