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RADIO OPERATORS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RADIO OPERATORS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