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DRIVER HEAVY DUTY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DRIVER HEAVY DUTY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