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CHAUFFEUR  POIDS LOURD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CHAUFFEUR  POIDS LOURD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