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DRIVER MECHANIC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DRIVER MECHANIC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