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CONDUCTOR / MECÁNICO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CONDUCTOR / MECÁNICO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