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UFFEUR MÉCANIC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UFFEUR MÉCANIC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