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RECOLECTORES DE DATOS SIG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RECOLECTORES DE DATOS SIG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