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MÉCANICIE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MÉCANICIE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