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LECTRICIAN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LECTRICIAN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