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 ELECTRICISTA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 ELECTRICISTA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