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ELECTR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ELECTR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