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RADIO OPERATOR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RADIO OPERATOR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L07300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