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PERAD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PERAD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