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HEAD OF SKILLED LABOURERS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HEAD OF SKILLED LABOURERS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L07400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9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