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AUFFEU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AUFFEU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