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OAT PILO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OAT PILO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