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PILOTO DE BARCO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PILOTO DE BARCO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