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BOAT PILO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BOAT PILO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