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JORNALEROS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JORNALEROS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