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WATCHME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WATCHME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