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GUARDIANES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GUARDIANES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