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GARDIENS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GARDIENS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