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SKILLED LABOURER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SKILLED LABOURER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