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YGIENIST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YGIENIST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