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 D'EHA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 D'EHA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