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JORNALERO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JORNALERO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