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ANOEUV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ANOEUV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