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ARDIN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ARDIN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