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JARDINIER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JARDINIER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