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ROWD CONTRO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ROWD CONTRO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