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CROWD CONTROLLER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CROWD CONTROLLER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L09100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7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