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GIS ACTIVITY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GIS ACTIVITY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L09400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