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HEAD OF LOGISTICS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HEAD OF LOGISTICS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L09500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