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LOGISTIC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LOGISTIC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