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MANAG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MANAG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