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MEDIC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MEDIC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