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OSPITAL DIRE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OSPITAL DIRE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