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ERATIONAL RESEARCH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ERATIONAL RESEARCH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