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 RECHERCHE OPÉRATIONNELLE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 RECHERCHE OPÉRATIONNELLE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