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HARMAC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HARMAC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