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PHARMACY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PHARMACY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