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HARMACY MENT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HARMACY MENT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1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