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OSPITAL CLINICAL LE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OSPITAL CLINICAL LE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