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CLINICO DEL HOSPITAL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CLINICO DEL HOSPITAL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