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LEADER CLINIC - HOPITAL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LEADER CLINIC - HOPITAL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M01400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