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O ESPECIALIST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O ESPECIALIST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